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13E" w:rsidRDefault="00ED313E">
      <w:pPr>
        <w:spacing w:after="100"/>
        <w:jc w:val="center"/>
        <w:rPr>
          <w:b/>
          <w:sz w:val="25"/>
        </w:rPr>
      </w:pPr>
      <w:bookmarkStart w:id="0" w:name="_GoBack"/>
      <w:bookmarkEnd w:id="0"/>
      <w:r w:rsidRPr="00ED313E">
        <w:rPr>
          <w:b/>
          <w:sz w:val="25"/>
        </w:rPr>
        <w:t>DÖRTYOL TİCARET VE SANAYİ ODASI</w:t>
      </w:r>
    </w:p>
    <w:p w:rsidR="001B0775" w:rsidRDefault="00203202">
      <w:pPr>
        <w:spacing w:after="100"/>
        <w:jc w:val="center"/>
        <w:rPr>
          <w:b/>
          <w:sz w:val="25"/>
        </w:rPr>
      </w:pPr>
      <w:r>
        <w:rPr>
          <w:b/>
          <w:sz w:val="25"/>
        </w:rPr>
        <w:t>TİCARET SİCİLİ MÜDÜRLÜĞÜNE</w:t>
      </w:r>
    </w:p>
    <w:p w:rsidR="00ED313E" w:rsidRDefault="00ED313E">
      <w:pPr>
        <w:spacing w:after="10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89"/>
        <w:gridCol w:w="4843"/>
      </w:tblGrid>
      <w:tr w:rsidR="001B0775" w:rsidTr="00ED313E">
        <w:trPr>
          <w:trHeight w:val="272"/>
          <w:jc w:val="center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1B0775" w:rsidRDefault="001B0775"/>
        </w:tc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</w:tcPr>
          <w:p w:rsidR="001B0775" w:rsidRDefault="00203202">
            <w:pPr>
              <w:jc w:val="right"/>
            </w:pPr>
            <w:r>
              <w:rPr>
                <w:sz w:val="19"/>
              </w:rPr>
              <w:t>…/…/2026</w:t>
            </w:r>
          </w:p>
        </w:tc>
      </w:tr>
      <w:tr w:rsidR="001B0775" w:rsidTr="00ED313E">
        <w:trPr>
          <w:trHeight w:val="464"/>
          <w:jc w:val="center"/>
        </w:trPr>
        <w:tc>
          <w:tcPr>
            <w:tcW w:w="448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203202">
            <w:r>
              <w:rPr>
                <w:b/>
                <w:sz w:val="18"/>
              </w:rPr>
              <w:t>Ticaret Sicil No</w:t>
            </w:r>
          </w:p>
        </w:tc>
        <w:tc>
          <w:tcPr>
            <w:tcW w:w="484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1B0775"/>
        </w:tc>
      </w:tr>
      <w:tr w:rsidR="001B0775" w:rsidTr="00ED313E">
        <w:trPr>
          <w:trHeight w:val="464"/>
          <w:jc w:val="center"/>
        </w:trPr>
        <w:tc>
          <w:tcPr>
            <w:tcW w:w="448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203202">
            <w:r>
              <w:rPr>
                <w:b/>
                <w:sz w:val="18"/>
              </w:rPr>
              <w:t>Ticaret Ünvanı</w:t>
            </w:r>
          </w:p>
        </w:tc>
        <w:tc>
          <w:tcPr>
            <w:tcW w:w="484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1B0775"/>
        </w:tc>
      </w:tr>
    </w:tbl>
    <w:p w:rsidR="001B0775" w:rsidRDefault="001B0775">
      <w:pPr>
        <w:spacing w:after="160"/>
      </w:pPr>
    </w:p>
    <w:p w:rsidR="001B0775" w:rsidRDefault="00203202" w:rsidP="00ED313E">
      <w:pPr>
        <w:spacing w:after="80"/>
        <w:ind w:firstLine="720"/>
        <w:rPr>
          <w:sz w:val="19"/>
        </w:rPr>
      </w:pPr>
      <w:proofErr w:type="spellStart"/>
      <w:r>
        <w:rPr>
          <w:sz w:val="19"/>
        </w:rPr>
        <w:t>Yukarıda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bilgileri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yer</w:t>
      </w:r>
      <w:proofErr w:type="spellEnd"/>
      <w:r>
        <w:rPr>
          <w:sz w:val="19"/>
        </w:rPr>
        <w:t xml:space="preserve"> </w:t>
      </w:r>
      <w:proofErr w:type="spellStart"/>
      <w:proofErr w:type="gramStart"/>
      <w:r>
        <w:rPr>
          <w:sz w:val="19"/>
        </w:rPr>
        <w:t>alan</w:t>
      </w:r>
      <w:proofErr w:type="spellEnd"/>
      <w:proofErr w:type="gramEnd"/>
      <w:r>
        <w:rPr>
          <w:sz w:val="19"/>
        </w:rPr>
        <w:t xml:space="preserve"> şirketimizin tescil edilmiş ana sözleşmesi gereğince, bilgileri aşağıda yer alan kişi </w:t>
      </w:r>
      <w:proofErr w:type="spellStart"/>
      <w:r>
        <w:rPr>
          <w:sz w:val="19"/>
        </w:rPr>
        <w:t>şirketimizi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temsile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bağlayıcı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işlem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yapmaya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yetkilidir</w:t>
      </w:r>
      <w:proofErr w:type="spellEnd"/>
      <w:r>
        <w:rPr>
          <w:sz w:val="19"/>
        </w:rPr>
        <w:t>.</w:t>
      </w:r>
    </w:p>
    <w:p w:rsidR="00ED313E" w:rsidRDefault="00ED313E" w:rsidP="00ED313E">
      <w:pPr>
        <w:spacing w:after="80"/>
        <w:ind w:firstLine="7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7030"/>
      </w:tblGrid>
      <w:tr w:rsidR="001B0775">
        <w:trPr>
          <w:trHeight w:val="386"/>
          <w:jc w:val="center"/>
        </w:trPr>
        <w:tc>
          <w:tcPr>
            <w:tcW w:w="204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203202">
            <w:r>
              <w:rPr>
                <w:b/>
                <w:sz w:val="18"/>
              </w:rPr>
              <w:t>TC Kimlik No</w:t>
            </w:r>
          </w:p>
        </w:tc>
        <w:tc>
          <w:tcPr>
            <w:tcW w:w="70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1B0775"/>
        </w:tc>
      </w:tr>
      <w:tr w:rsidR="001B0775">
        <w:trPr>
          <w:trHeight w:val="386"/>
          <w:jc w:val="center"/>
        </w:trPr>
        <w:tc>
          <w:tcPr>
            <w:tcW w:w="204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203202">
            <w:r>
              <w:rPr>
                <w:b/>
                <w:sz w:val="18"/>
              </w:rPr>
              <w:t>Adı</w:t>
            </w:r>
          </w:p>
        </w:tc>
        <w:tc>
          <w:tcPr>
            <w:tcW w:w="70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1B0775"/>
        </w:tc>
      </w:tr>
      <w:tr w:rsidR="001B0775">
        <w:trPr>
          <w:trHeight w:val="386"/>
          <w:jc w:val="center"/>
        </w:trPr>
        <w:tc>
          <w:tcPr>
            <w:tcW w:w="204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203202">
            <w:r>
              <w:rPr>
                <w:b/>
                <w:sz w:val="18"/>
              </w:rPr>
              <w:t>Soyadı</w:t>
            </w:r>
          </w:p>
        </w:tc>
        <w:tc>
          <w:tcPr>
            <w:tcW w:w="703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1B0775"/>
        </w:tc>
      </w:tr>
    </w:tbl>
    <w:p w:rsidR="001B0775" w:rsidRDefault="001B0775">
      <w:pPr>
        <w:spacing w:after="140"/>
      </w:pPr>
    </w:p>
    <w:p w:rsidR="001B0775" w:rsidRDefault="00203202" w:rsidP="00ED313E">
      <w:pPr>
        <w:spacing w:after="80"/>
        <w:ind w:firstLine="720"/>
        <w:rPr>
          <w:sz w:val="19"/>
        </w:rPr>
      </w:pPr>
      <w:proofErr w:type="spellStart"/>
      <w:r>
        <w:rPr>
          <w:sz w:val="19"/>
        </w:rPr>
        <w:t>Aşağıda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bilgileri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yer</w:t>
      </w:r>
      <w:proofErr w:type="spellEnd"/>
      <w:r>
        <w:rPr>
          <w:sz w:val="19"/>
        </w:rPr>
        <w:t xml:space="preserve"> </w:t>
      </w:r>
      <w:proofErr w:type="spellStart"/>
      <w:proofErr w:type="gramStart"/>
      <w:r>
        <w:rPr>
          <w:sz w:val="19"/>
        </w:rPr>
        <w:t>alan</w:t>
      </w:r>
      <w:proofErr w:type="spellEnd"/>
      <w:proofErr w:type="gramEnd"/>
      <w:r>
        <w:rPr>
          <w:sz w:val="19"/>
        </w:rPr>
        <w:t xml:space="preserve"> odanın/borsanın organ seçimlerinde şirketimiz adına oy kullanacak olan yukarıda bilgileri yer alan kişi </w:t>
      </w:r>
      <w:proofErr w:type="spellStart"/>
      <w:r>
        <w:rPr>
          <w:sz w:val="19"/>
        </w:rPr>
        <w:t>adına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seçim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yetki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belgesi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düzenlenmesini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arz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ederiz</w:t>
      </w:r>
      <w:proofErr w:type="spellEnd"/>
      <w:r>
        <w:rPr>
          <w:sz w:val="19"/>
        </w:rPr>
        <w:t>.</w:t>
      </w:r>
    </w:p>
    <w:p w:rsidR="00ED313E" w:rsidRDefault="00ED313E" w:rsidP="00ED313E">
      <w:pPr>
        <w:spacing w:after="80"/>
        <w:ind w:firstLine="7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7144"/>
      </w:tblGrid>
      <w:tr w:rsidR="001B0775">
        <w:trPr>
          <w:trHeight w:val="386"/>
          <w:jc w:val="center"/>
        </w:trPr>
        <w:tc>
          <w:tcPr>
            <w:tcW w:w="1927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203202">
            <w:r>
              <w:rPr>
                <w:b/>
                <w:sz w:val="18"/>
              </w:rPr>
              <w:t>Seçim Tarihi</w:t>
            </w:r>
          </w:p>
        </w:tc>
        <w:tc>
          <w:tcPr>
            <w:tcW w:w="714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1B0775"/>
        </w:tc>
      </w:tr>
      <w:tr w:rsidR="001B0775">
        <w:trPr>
          <w:trHeight w:val="386"/>
          <w:jc w:val="center"/>
        </w:trPr>
        <w:tc>
          <w:tcPr>
            <w:tcW w:w="1927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203202">
            <w:r>
              <w:rPr>
                <w:b/>
                <w:sz w:val="18"/>
              </w:rPr>
              <w:t>Oda/Borsa Adı</w:t>
            </w:r>
          </w:p>
        </w:tc>
        <w:tc>
          <w:tcPr>
            <w:tcW w:w="714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1B0775" w:rsidRDefault="001B0775"/>
        </w:tc>
      </w:tr>
    </w:tbl>
    <w:p w:rsidR="001B0775" w:rsidRDefault="001B0775">
      <w:pPr>
        <w:spacing w:after="1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4592"/>
      </w:tblGrid>
      <w:tr w:rsidR="001B0775">
        <w:trPr>
          <w:jc w:val="center"/>
        </w:trPr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1B0775" w:rsidRDefault="00203202">
            <w:pPr>
              <w:jc w:val="center"/>
            </w:pPr>
            <w:r>
              <w:rPr>
                <w:sz w:val="18"/>
              </w:rPr>
              <w:t>Kaşe – Tarih</w:t>
            </w:r>
            <w:r>
              <w:rPr>
                <w:sz w:val="18"/>
              </w:rPr>
              <w:br/>
              <w:t>Müşterek Temsile Yetkilinin</w:t>
            </w:r>
            <w:r>
              <w:rPr>
                <w:sz w:val="18"/>
              </w:rPr>
              <w:br/>
              <w:t>TC Kimlik No</w:t>
            </w:r>
            <w:r>
              <w:rPr>
                <w:sz w:val="18"/>
              </w:rPr>
              <w:br/>
              <w:t>Adı Soyadı – İmzası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1B0775" w:rsidRDefault="00203202">
            <w:pPr>
              <w:jc w:val="center"/>
            </w:pPr>
            <w:r>
              <w:rPr>
                <w:sz w:val="18"/>
              </w:rPr>
              <w:t>Kaşe – Tarih</w:t>
            </w:r>
            <w:r>
              <w:rPr>
                <w:sz w:val="18"/>
              </w:rPr>
              <w:br/>
              <w:t>Müşterek Temsile Yetkilinin</w:t>
            </w:r>
            <w:r>
              <w:rPr>
                <w:sz w:val="18"/>
              </w:rPr>
              <w:br/>
              <w:t>TC Kimlik No</w:t>
            </w:r>
            <w:r>
              <w:rPr>
                <w:sz w:val="18"/>
              </w:rPr>
              <w:br/>
              <w:t>Adı Soyadı – İmzası</w:t>
            </w:r>
          </w:p>
        </w:tc>
      </w:tr>
    </w:tbl>
    <w:p w:rsidR="001B0775" w:rsidRDefault="001B0775">
      <w:pPr>
        <w:spacing w:before="1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1B0775">
        <w:trPr>
          <w:jc w:val="center"/>
        </w:trPr>
        <w:tc>
          <w:tcPr>
            <w:tcW w:w="9014" w:type="dxa"/>
            <w:gridSpan w:val="2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1B0775" w:rsidRDefault="00203202">
            <w:r>
              <w:rPr>
                <w:sz w:val="18"/>
              </w:rPr>
              <w:t>İşbu dilekçeyi sunmaya ve düzenlenecek seçim yetki belgesini teslim almaya şirketimiz adına aşağıda bilgileri yer alan kişi yetkilendirilmiştir.</w:t>
            </w:r>
          </w:p>
        </w:tc>
      </w:tr>
      <w:tr w:rsidR="001B0775">
        <w:trPr>
          <w:trHeight w:val="397"/>
          <w:jc w:val="center"/>
        </w:trPr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B0775" w:rsidRDefault="00203202">
            <w:r>
              <w:rPr>
                <w:b/>
                <w:sz w:val="18"/>
              </w:rPr>
              <w:t>TC Kimlik No</w:t>
            </w:r>
          </w:p>
        </w:tc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B0775" w:rsidRDefault="001B0775"/>
        </w:tc>
      </w:tr>
      <w:tr w:rsidR="001B0775">
        <w:trPr>
          <w:trHeight w:val="397"/>
          <w:jc w:val="center"/>
        </w:trPr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B0775" w:rsidRDefault="00203202">
            <w:r>
              <w:rPr>
                <w:b/>
                <w:sz w:val="18"/>
              </w:rPr>
              <w:t>Adı Soyadı</w:t>
            </w:r>
          </w:p>
        </w:tc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B0775" w:rsidRDefault="001B0775"/>
        </w:tc>
      </w:tr>
    </w:tbl>
    <w:p w:rsidR="00203202" w:rsidRDefault="00203202"/>
    <w:sectPr w:rsidR="00203202" w:rsidSect="00034616">
      <w:pgSz w:w="11906" w:h="16838"/>
      <w:pgMar w:top="737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B0775"/>
    <w:rsid w:val="00203202"/>
    <w:rsid w:val="0029639D"/>
    <w:rsid w:val="00326F90"/>
    <w:rsid w:val="00AA1D8D"/>
    <w:rsid w:val="00B47730"/>
    <w:rsid w:val="00CB0664"/>
    <w:rsid w:val="00E21ABF"/>
    <w:rsid w:val="00ED31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AEBD954-DEA1-4C59-B9F0-600DEF1C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547957-679F-47E4-84E3-FC20989F7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2</cp:revision>
  <dcterms:created xsi:type="dcterms:W3CDTF">2026-09-29T10:27:00Z</dcterms:created>
  <dcterms:modified xsi:type="dcterms:W3CDTF">2026-09-29T10:27:00Z</dcterms:modified>
  <cp:category/>
</cp:coreProperties>
</file>