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ED2" w:rsidRDefault="00BE7ED2">
      <w:pPr>
        <w:spacing w:after="100"/>
        <w:jc w:val="center"/>
        <w:rPr>
          <w:b/>
          <w:sz w:val="25"/>
        </w:rPr>
      </w:pPr>
      <w:bookmarkStart w:id="0" w:name="_GoBack"/>
      <w:bookmarkEnd w:id="0"/>
      <w:r w:rsidRPr="00BE7ED2">
        <w:rPr>
          <w:b/>
          <w:sz w:val="25"/>
        </w:rPr>
        <w:t>DÖRTYOL TİCARET VE SANAYİ ODASI</w:t>
      </w:r>
    </w:p>
    <w:p w:rsidR="00CB2198" w:rsidRDefault="00BE7ED2">
      <w:pPr>
        <w:spacing w:after="100"/>
        <w:jc w:val="center"/>
      </w:pPr>
      <w:r>
        <w:rPr>
          <w:b/>
          <w:sz w:val="25"/>
        </w:rPr>
        <w:t>TİCARET SİCİLİ MÜDÜRLÜĞÜNE</w:t>
      </w:r>
    </w:p>
    <w:tbl>
      <w:tblPr>
        <w:tblW w:w="9176" w:type="dxa"/>
        <w:jc w:val="center"/>
        <w:tblLayout w:type="fixed"/>
        <w:tblLook w:val="04A0" w:firstRow="1" w:lastRow="0" w:firstColumn="1" w:lastColumn="0" w:noHBand="0" w:noVBand="1"/>
      </w:tblPr>
      <w:tblGrid>
        <w:gridCol w:w="4568"/>
        <w:gridCol w:w="4608"/>
      </w:tblGrid>
      <w:tr w:rsidR="00CB2198" w:rsidTr="00BE7ED2">
        <w:trPr>
          <w:trHeight w:val="276"/>
          <w:jc w:val="center"/>
        </w:trPr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</w:tcPr>
          <w:p w:rsidR="00CB2198" w:rsidRDefault="00CB2198"/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B2198" w:rsidRDefault="00BE7ED2">
            <w:pPr>
              <w:jc w:val="right"/>
            </w:pPr>
            <w:r>
              <w:rPr>
                <w:sz w:val="19"/>
              </w:rPr>
              <w:t>…/…/2026</w:t>
            </w:r>
          </w:p>
        </w:tc>
      </w:tr>
      <w:tr w:rsidR="00CB2198" w:rsidTr="00BE7ED2">
        <w:trPr>
          <w:trHeight w:val="470"/>
          <w:jc w:val="center"/>
        </w:trPr>
        <w:tc>
          <w:tcPr>
            <w:tcW w:w="45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Şube Ticaret Sicil No</w:t>
            </w:r>
          </w:p>
        </w:tc>
        <w:tc>
          <w:tcPr>
            <w:tcW w:w="460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 w:rsidTr="00BE7ED2">
        <w:trPr>
          <w:trHeight w:val="470"/>
          <w:jc w:val="center"/>
        </w:trPr>
        <w:tc>
          <w:tcPr>
            <w:tcW w:w="456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Şube Ticaret Ünvanı</w:t>
            </w:r>
          </w:p>
        </w:tc>
        <w:tc>
          <w:tcPr>
            <w:tcW w:w="460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</w:tbl>
    <w:p w:rsidR="00CB2198" w:rsidRDefault="00CB219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CB2198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Merkezin Kayıtlı Olduğu</w:t>
            </w:r>
            <w:r>
              <w:rPr>
                <w:b/>
                <w:sz w:val="18"/>
              </w:rPr>
              <w:br/>
              <w:t>Ticaret Sicili Müdürlüğü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Merkez Ticaret Sicili No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Merkez Ticaret Ünvanı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</w:tbl>
    <w:p w:rsidR="00CB2198" w:rsidRDefault="00CB2198">
      <w:pPr>
        <w:spacing w:after="140"/>
      </w:pPr>
    </w:p>
    <w:p w:rsidR="00CB2198" w:rsidRDefault="00BE7ED2">
      <w:pPr>
        <w:spacing w:after="80"/>
      </w:pPr>
      <w:r>
        <w:rPr>
          <w:sz w:val="19"/>
        </w:rPr>
        <w:t>Yukarıda bilgileri yer alan şirketimizin tescil edilmiş ana sözleşmesi gereğince, bilgileri aşağıda yer alan kişi şirketimizi merkeze özgülenmeksizin sınırsız olarak temsile ve bağlayıcı işlem yapmaya yetkilidir.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030"/>
      </w:tblGrid>
      <w:tr w:rsidR="00CB2198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TC Kimlik No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Adı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Soyadı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</w:tbl>
    <w:p w:rsidR="00CB2198" w:rsidRDefault="00CB2198">
      <w:pPr>
        <w:spacing w:after="140"/>
      </w:pPr>
    </w:p>
    <w:p w:rsidR="00CB2198" w:rsidRDefault="00BE7ED2">
      <w:pPr>
        <w:spacing w:after="80"/>
      </w:pPr>
      <w:r>
        <w:rPr>
          <w:sz w:val="19"/>
        </w:rPr>
        <w:t>Aşağıda bilgileri yer alan odanın/borsanın organ seçimlerinde Müdürlüğünüze kayıtlı şubemiz adına oy kullanacak olan yukarıda bilgileri yer alan kişi adına seçim yetki belgesi düzenlenmesini arz ederiz.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7144"/>
      </w:tblGrid>
      <w:tr w:rsidR="00CB2198">
        <w:trPr>
          <w:trHeight w:val="386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Seçim Tarihi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  <w:tr w:rsidR="00CB2198">
        <w:trPr>
          <w:trHeight w:val="386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Oda/Borsa Adı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B2198" w:rsidRDefault="00CB2198"/>
        </w:tc>
      </w:tr>
    </w:tbl>
    <w:p w:rsidR="00CB2198" w:rsidRDefault="00CB219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CB2198">
        <w:trPr>
          <w:jc w:val="center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CB2198" w:rsidRDefault="00BE7ED2">
            <w:pPr>
              <w:jc w:val="center"/>
            </w:pPr>
            <w:r>
              <w:rPr>
                <w:sz w:val="18"/>
              </w:rPr>
              <w:t>Kaşe – Tarih</w:t>
            </w:r>
            <w:r>
              <w:rPr>
                <w:sz w:val="18"/>
              </w:rPr>
              <w:br/>
              <w:t>Müşterek Temsile Yetkilinin</w:t>
            </w:r>
            <w:r>
              <w:rPr>
                <w:sz w:val="18"/>
              </w:rPr>
              <w:br/>
              <w:t>TC Kimlik No</w:t>
            </w:r>
            <w:r>
              <w:rPr>
                <w:sz w:val="18"/>
              </w:rPr>
              <w:br/>
              <w:t>Adı Soyadı – İmzası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CB2198" w:rsidRDefault="00BE7ED2">
            <w:pPr>
              <w:jc w:val="center"/>
            </w:pPr>
            <w:r>
              <w:rPr>
                <w:sz w:val="18"/>
              </w:rPr>
              <w:t>Kaşe – Tarih</w:t>
            </w:r>
            <w:r>
              <w:rPr>
                <w:sz w:val="18"/>
              </w:rPr>
              <w:br/>
              <w:t>Müşterek Temsile Yetkilinin</w:t>
            </w:r>
            <w:r>
              <w:rPr>
                <w:sz w:val="18"/>
              </w:rPr>
              <w:br/>
              <w:t>TC Kimlik No</w:t>
            </w:r>
            <w:r>
              <w:rPr>
                <w:sz w:val="18"/>
              </w:rPr>
              <w:br/>
              <w:t>Adı Soyadı – İmzası</w:t>
            </w:r>
          </w:p>
        </w:tc>
      </w:tr>
    </w:tbl>
    <w:p w:rsidR="00CB2198" w:rsidRDefault="00CB2198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CB2198">
        <w:trPr>
          <w:jc w:val="center"/>
        </w:trPr>
        <w:tc>
          <w:tcPr>
            <w:tcW w:w="9014" w:type="dxa"/>
            <w:gridSpan w:val="2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CB2198" w:rsidRDefault="00BE7ED2">
            <w:r>
              <w:rPr>
                <w:sz w:val="18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CB2198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TC Kimlik No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B2198" w:rsidRDefault="00CB2198"/>
        </w:tc>
      </w:tr>
      <w:tr w:rsidR="00CB2198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B2198" w:rsidRDefault="00BE7ED2">
            <w:r>
              <w:rPr>
                <w:b/>
                <w:sz w:val="18"/>
              </w:rPr>
              <w:t>Adı Soyadı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B2198" w:rsidRDefault="00CB2198"/>
        </w:tc>
      </w:tr>
    </w:tbl>
    <w:p w:rsidR="00CB2198" w:rsidRDefault="00BE7ED2">
      <w:pPr>
        <w:spacing w:before="80"/>
      </w:pPr>
      <w:r>
        <w:rPr>
          <w:sz w:val="17"/>
        </w:rPr>
        <w:t>Not: Şirketin son sicil tasdiknamesinin fotokopisi işbu dilekçe ile birlikte sunulmalıdır.</w:t>
      </w:r>
    </w:p>
    <w:sectPr w:rsidR="00CB2198" w:rsidSect="00034616"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D6D"/>
    <w:rsid w:val="00034616"/>
    <w:rsid w:val="0006063C"/>
    <w:rsid w:val="0015074B"/>
    <w:rsid w:val="0029639D"/>
    <w:rsid w:val="00326F90"/>
    <w:rsid w:val="00AA1D8D"/>
    <w:rsid w:val="00B47730"/>
    <w:rsid w:val="00BE7ED2"/>
    <w:rsid w:val="00CB0664"/>
    <w:rsid w:val="00CB21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F865C3D-2947-4938-8D73-2191FFD1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BD358B-A585-41F0-9B80-555249391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2026-09-29T10:26:00Z</dcterms:created>
  <dcterms:modified xsi:type="dcterms:W3CDTF">2026-09-29T10:26:00Z</dcterms:modified>
  <cp:category/>
</cp:coreProperties>
</file>