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894" w:rsidRDefault="003D5894">
      <w:pPr>
        <w:spacing w:after="100"/>
        <w:jc w:val="center"/>
        <w:rPr>
          <w:b/>
          <w:sz w:val="25"/>
        </w:rPr>
      </w:pPr>
      <w:bookmarkStart w:id="0" w:name="_GoBack"/>
      <w:bookmarkEnd w:id="0"/>
      <w:r w:rsidRPr="003D5894">
        <w:rPr>
          <w:b/>
          <w:sz w:val="25"/>
        </w:rPr>
        <w:t>DÖRTYOL TİCARET VE SANAYİ ODASI</w:t>
      </w:r>
    </w:p>
    <w:p w:rsidR="00B134B0" w:rsidRDefault="003D5894">
      <w:pPr>
        <w:spacing w:after="100"/>
        <w:jc w:val="center"/>
        <w:rPr>
          <w:b/>
          <w:sz w:val="25"/>
        </w:rPr>
      </w:pPr>
      <w:r>
        <w:rPr>
          <w:b/>
          <w:sz w:val="25"/>
        </w:rPr>
        <w:t>TİCARET SİCİLİ MÜDÜRLÜĞÜ’NE</w:t>
      </w:r>
    </w:p>
    <w:p w:rsidR="003D5894" w:rsidRDefault="003D5894">
      <w:pPr>
        <w:spacing w:after="100"/>
        <w:jc w:val="center"/>
      </w:pPr>
    </w:p>
    <w:tbl>
      <w:tblPr>
        <w:tblW w:w="9079" w:type="dxa"/>
        <w:jc w:val="center"/>
        <w:tblLayout w:type="fixed"/>
        <w:tblLook w:val="04A0" w:firstRow="1" w:lastRow="0" w:firstColumn="1" w:lastColumn="0" w:noHBand="0" w:noVBand="1"/>
      </w:tblPr>
      <w:tblGrid>
        <w:gridCol w:w="4519"/>
        <w:gridCol w:w="4560"/>
      </w:tblGrid>
      <w:tr w:rsidR="00B134B0" w:rsidTr="003D5894">
        <w:trPr>
          <w:trHeight w:val="231"/>
          <w:jc w:val="center"/>
        </w:trPr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:rsidR="00B134B0" w:rsidRDefault="00B134B0"/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B134B0" w:rsidRDefault="003D5894">
            <w:pPr>
              <w:jc w:val="right"/>
            </w:pPr>
            <w:r>
              <w:rPr>
                <w:sz w:val="19"/>
              </w:rPr>
              <w:t>…/…/2026</w:t>
            </w:r>
          </w:p>
        </w:tc>
      </w:tr>
      <w:tr w:rsidR="00B134B0" w:rsidTr="003D5894">
        <w:trPr>
          <w:trHeight w:val="396"/>
          <w:jc w:val="center"/>
        </w:trPr>
        <w:tc>
          <w:tcPr>
            <w:tcW w:w="451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Şube Ticaret Sicil No</w:t>
            </w:r>
          </w:p>
        </w:tc>
        <w:tc>
          <w:tcPr>
            <w:tcW w:w="45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  <w:tr w:rsidR="00B134B0" w:rsidTr="003D5894">
        <w:trPr>
          <w:trHeight w:val="396"/>
          <w:jc w:val="center"/>
        </w:trPr>
        <w:tc>
          <w:tcPr>
            <w:tcW w:w="4519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Şube Ticaret Ünvanı</w:t>
            </w:r>
          </w:p>
        </w:tc>
        <w:tc>
          <w:tcPr>
            <w:tcW w:w="456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</w:tbl>
    <w:p w:rsidR="00B134B0" w:rsidRDefault="00B134B0">
      <w:pPr>
        <w:spacing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B134B0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Merkezin Kayıtlı Olduğu</w:t>
            </w:r>
            <w:r>
              <w:rPr>
                <w:b/>
                <w:sz w:val="18"/>
              </w:rPr>
              <w:br/>
              <w:t>Ticaret Sicili Müdürlüğü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  <w:tr w:rsidR="00B134B0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Merkez Ticaret Sicili No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  <w:tr w:rsidR="00B134B0">
        <w:trPr>
          <w:trHeight w:val="420"/>
          <w:jc w:val="center"/>
        </w:trPr>
        <w:tc>
          <w:tcPr>
            <w:tcW w:w="2551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Merkez Ticaret Ünvanı</w:t>
            </w:r>
          </w:p>
        </w:tc>
        <w:tc>
          <w:tcPr>
            <w:tcW w:w="6520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</w:tbl>
    <w:p w:rsidR="00B134B0" w:rsidRDefault="00B134B0">
      <w:pPr>
        <w:spacing w:after="160"/>
      </w:pPr>
    </w:p>
    <w:p w:rsidR="00B134B0" w:rsidRDefault="003D5894" w:rsidP="003D5894">
      <w:pPr>
        <w:spacing w:after="160"/>
        <w:ind w:firstLine="720"/>
      </w:pPr>
      <w:proofErr w:type="spellStart"/>
      <w:r>
        <w:rPr>
          <w:sz w:val="19"/>
        </w:rPr>
        <w:t>Yukarıda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bilgileri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alan</w:t>
      </w:r>
      <w:proofErr w:type="spellEnd"/>
      <w:proofErr w:type="gramEnd"/>
      <w:r>
        <w:rPr>
          <w:sz w:val="19"/>
        </w:rPr>
        <w:t xml:space="preserve"> şirketimizin tescil edilmiş ana sözleşmesi gereğince, şirketimizi merkeze özgülenmeksizin sınırsız olarak temsile ve bağlayıcı işlem yapmaya yetkiliyim.</w:t>
      </w:r>
    </w:p>
    <w:p w:rsidR="00B134B0" w:rsidRDefault="003D5894" w:rsidP="003D5894">
      <w:pPr>
        <w:spacing w:after="100"/>
        <w:ind w:firstLine="720"/>
        <w:rPr>
          <w:sz w:val="19"/>
        </w:rPr>
      </w:pPr>
      <w:proofErr w:type="spellStart"/>
      <w:r>
        <w:rPr>
          <w:sz w:val="19"/>
        </w:rPr>
        <w:t>Aşağıda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bilgileri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yer</w:t>
      </w:r>
      <w:proofErr w:type="spellEnd"/>
      <w:r>
        <w:rPr>
          <w:sz w:val="19"/>
        </w:rPr>
        <w:t xml:space="preserve"> </w:t>
      </w:r>
      <w:proofErr w:type="spellStart"/>
      <w:proofErr w:type="gramStart"/>
      <w:r>
        <w:rPr>
          <w:sz w:val="19"/>
        </w:rPr>
        <w:t>alan</w:t>
      </w:r>
      <w:proofErr w:type="spellEnd"/>
      <w:proofErr w:type="gramEnd"/>
      <w:r>
        <w:rPr>
          <w:sz w:val="19"/>
        </w:rPr>
        <w:t xml:space="preserve"> odanın/borsanın organ seçimlerinde Müdürlüğünüze kayıtlı şubemiz adına oy kullanmak üzere </w:t>
      </w:r>
      <w:proofErr w:type="spellStart"/>
      <w:r>
        <w:rPr>
          <w:sz w:val="19"/>
        </w:rPr>
        <w:t>adıma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seçim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yetki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belgesi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düzenlenmesini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arz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ederim</w:t>
      </w:r>
      <w:proofErr w:type="spellEnd"/>
      <w:r>
        <w:rPr>
          <w:sz w:val="19"/>
        </w:rPr>
        <w:t>.</w:t>
      </w:r>
    </w:p>
    <w:p w:rsidR="003D5894" w:rsidRDefault="003D5894" w:rsidP="003D5894">
      <w:pPr>
        <w:spacing w:after="100"/>
        <w:ind w:firstLine="7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7"/>
        <w:gridCol w:w="7144"/>
      </w:tblGrid>
      <w:tr w:rsidR="00B134B0">
        <w:trPr>
          <w:trHeight w:val="408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Seçim Tarihi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  <w:tr w:rsidR="00B134B0">
        <w:trPr>
          <w:trHeight w:val="408"/>
          <w:jc w:val="center"/>
        </w:trPr>
        <w:tc>
          <w:tcPr>
            <w:tcW w:w="1927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Oda/Borsa Adı</w:t>
            </w:r>
          </w:p>
        </w:tc>
        <w:tc>
          <w:tcPr>
            <w:tcW w:w="7144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B134B0" w:rsidRDefault="00B134B0"/>
        </w:tc>
      </w:tr>
    </w:tbl>
    <w:p w:rsidR="00B134B0" w:rsidRDefault="00B134B0">
      <w:pPr>
        <w:spacing w:after="1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3969"/>
      </w:tblGrid>
      <w:tr w:rsidR="00B134B0">
        <w:trPr>
          <w:jc w:val="center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34B0" w:rsidRDefault="00B134B0"/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134B0" w:rsidRDefault="003D5894">
            <w:pPr>
              <w:jc w:val="center"/>
            </w:pPr>
            <w:r>
              <w:rPr>
                <w:sz w:val="19"/>
              </w:rPr>
              <w:t>Kaşe – Tarih</w:t>
            </w:r>
            <w:r>
              <w:rPr>
                <w:sz w:val="19"/>
              </w:rPr>
              <w:br/>
              <w:t>Münferit Temsile Yetkilinin</w:t>
            </w:r>
            <w:r>
              <w:rPr>
                <w:sz w:val="19"/>
              </w:rPr>
              <w:br/>
              <w:t>TC Kimlik No</w:t>
            </w:r>
            <w:r>
              <w:rPr>
                <w:sz w:val="19"/>
              </w:rPr>
              <w:br/>
              <w:t>Adı Soyadı – İmzası</w:t>
            </w:r>
          </w:p>
        </w:tc>
      </w:tr>
    </w:tbl>
    <w:p w:rsidR="00B134B0" w:rsidRDefault="00B134B0">
      <w:pPr>
        <w:spacing w:before="1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B134B0">
        <w:trPr>
          <w:jc w:val="center"/>
        </w:trPr>
        <w:tc>
          <w:tcPr>
            <w:tcW w:w="9014" w:type="dxa"/>
            <w:gridSpan w:val="2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:rsidR="00B134B0" w:rsidRDefault="003D5894">
            <w:r>
              <w:rPr>
                <w:sz w:val="18"/>
              </w:rPr>
              <w:t>İşbu dilekçeyi sunmaya ve düzenlenecek seçim yetki belgesini teslim almaya şirketimiz adına aşağıda bilgileri yer alan kişi yetkilendirilmiştir.</w:t>
            </w:r>
          </w:p>
        </w:tc>
      </w:tr>
      <w:tr w:rsidR="00B134B0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TC Kimlik No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134B0" w:rsidRDefault="00B134B0"/>
        </w:tc>
      </w:tr>
      <w:tr w:rsidR="00B134B0">
        <w:trPr>
          <w:trHeight w:val="397"/>
          <w:jc w:val="center"/>
        </w:trPr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134B0" w:rsidRDefault="003D5894">
            <w:r>
              <w:rPr>
                <w:b/>
                <w:sz w:val="18"/>
              </w:rPr>
              <w:t>Adı Soyadı</w:t>
            </w:r>
          </w:p>
        </w:tc>
        <w:tc>
          <w:tcPr>
            <w:tcW w:w="5103" w:type="dxa"/>
            <w:tcBorders>
              <w:top w:val="single" w:sz="8" w:space="0" w:color="666666"/>
              <w:left w:val="single" w:sz="8" w:space="0" w:color="666666"/>
              <w:bottom w:val="single" w:sz="8" w:space="0" w:color="666666"/>
              <w:right w:val="single" w:sz="8" w:space="0" w:color="66666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134B0" w:rsidRDefault="00B134B0"/>
        </w:tc>
      </w:tr>
    </w:tbl>
    <w:p w:rsidR="00B134B0" w:rsidRDefault="003D5894">
      <w:pPr>
        <w:spacing w:before="80"/>
      </w:pPr>
      <w:r>
        <w:rPr>
          <w:sz w:val="17"/>
        </w:rPr>
        <w:t>Not: Şirketin son sicil tasdiknamesinin fotokopisi işbu dilekçe ile birlikte sunulmalıdır.</w:t>
      </w:r>
    </w:p>
    <w:sectPr w:rsidR="00B134B0" w:rsidSect="00034616">
      <w:pgSz w:w="11906" w:h="16838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5894"/>
    <w:rsid w:val="00AA1D8D"/>
    <w:rsid w:val="00B134B0"/>
    <w:rsid w:val="00B47730"/>
    <w:rsid w:val="00B729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B7B8B8F-B03F-48F2-85C5-97CC6F0A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CADA3-34B4-4142-A93D-E4F4B750F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hesabı</cp:lastModifiedBy>
  <cp:revision>2</cp:revision>
  <dcterms:created xsi:type="dcterms:W3CDTF">2026-09-29T10:25:00Z</dcterms:created>
  <dcterms:modified xsi:type="dcterms:W3CDTF">2026-09-29T10:25:00Z</dcterms:modified>
  <cp:category/>
</cp:coreProperties>
</file>